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ACD91" w14:textId="77777777" w:rsidR="00BB06CA" w:rsidRPr="00BB06CA" w:rsidRDefault="00BB06CA" w:rsidP="00BB06CA">
      <w:pPr>
        <w:pStyle w:val="Titre1"/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Contrat d’accueil – Jardin d’enfants Graines d’Étoiles</w:t>
      </w:r>
    </w:p>
    <w:p w14:paraId="630CF77C" w14:textId="77777777" w:rsidR="00BB06CA" w:rsidRPr="00BB06CA" w:rsidRDefault="00BB06CA" w:rsidP="00BB06CA">
      <w:pPr>
        <w:pStyle w:val="Titre2"/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Informations sur l’enfant</w:t>
      </w:r>
    </w:p>
    <w:p w14:paraId="037F38A7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Nom &amp; prénom : __________________________</w:t>
      </w:r>
    </w:p>
    <w:p w14:paraId="42AD01A9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Date de naissance : ______________________</w:t>
      </w:r>
    </w:p>
    <w:p w14:paraId="02258392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Âge au moment de l’inscription : __________</w:t>
      </w:r>
    </w:p>
    <w:p w14:paraId="74351CFA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Adresse : _______________________________</w:t>
      </w:r>
    </w:p>
    <w:p w14:paraId="34A591B8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Langue(s) parlée(s) à la maison : __________</w:t>
      </w:r>
    </w:p>
    <w:p w14:paraId="4ED403CE" w14:textId="77777777" w:rsidR="00BB06CA" w:rsidRPr="00BB06CA" w:rsidRDefault="00BB06CA" w:rsidP="00BB06CA">
      <w:pPr>
        <w:pStyle w:val="Titre2"/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Informations sur les parents / représentants légaux</w:t>
      </w:r>
    </w:p>
    <w:p w14:paraId="36A2C603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Nom &amp; prénom du parent 1 : __________________________</w:t>
      </w:r>
    </w:p>
    <w:p w14:paraId="1D932234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Téléphone : ______________________</w:t>
      </w:r>
    </w:p>
    <w:p w14:paraId="3093F8D0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E-mail : __________________________</w:t>
      </w:r>
    </w:p>
    <w:p w14:paraId="37BD07D3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Profession &amp; tél. prof. : __________________________</w:t>
      </w:r>
    </w:p>
    <w:p w14:paraId="69E1EF55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Nom &amp; prénom du parent 2 : __________________________</w:t>
      </w:r>
    </w:p>
    <w:p w14:paraId="1BA78D3D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Téléphone : ______________________</w:t>
      </w:r>
    </w:p>
    <w:p w14:paraId="05E20C38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E-mail : __________________________</w:t>
      </w:r>
    </w:p>
    <w:p w14:paraId="4BFB7684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Profession &amp; tél. prof. : __________________________</w:t>
      </w:r>
    </w:p>
    <w:p w14:paraId="08FE8C4F" w14:textId="77777777" w:rsidR="00BB06CA" w:rsidRPr="00BB06CA" w:rsidRDefault="00BB06CA" w:rsidP="00BB06CA">
      <w:pPr>
        <w:pStyle w:val="Titre2"/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Autres personnes autorisées à venir chercher votre enfant</w:t>
      </w:r>
    </w:p>
    <w:p w14:paraId="28596AD3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(Noms, prénoms, numéro de téléphone, lien avec l’enfant)</w:t>
      </w:r>
    </w:p>
    <w:p w14:paraId="0963D601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....................................................................................................</w:t>
      </w:r>
    </w:p>
    <w:p w14:paraId="5615A46D" w14:textId="77777777" w:rsidR="00BB06CA" w:rsidRPr="00BB06CA" w:rsidRDefault="00BB06CA" w:rsidP="00BB06CA">
      <w:pPr>
        <w:pStyle w:val="Titre2"/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Besoins d’accueil</w:t>
      </w:r>
    </w:p>
    <w:p w14:paraId="1751CF0E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Nombre de demi-journées souhaitées par semaine : _____</w:t>
      </w:r>
    </w:p>
    <w:p w14:paraId="3880FD51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Segoe UI Symbol" w:hAnsi="Segoe UI Symbol" w:cs="Segoe UI Symbol"/>
          <w:sz w:val="20"/>
          <w:szCs w:val="24"/>
        </w:rPr>
        <w:t>☐</w:t>
      </w:r>
      <w:r w:rsidRPr="00BB06CA">
        <w:rPr>
          <w:rFonts w:ascii="Arial" w:hAnsi="Arial" w:cs="Arial"/>
          <w:sz w:val="20"/>
          <w:szCs w:val="24"/>
        </w:rPr>
        <w:t xml:space="preserve"> Lundi matin   </w:t>
      </w:r>
      <w:r w:rsidRPr="00BB06CA">
        <w:rPr>
          <w:rFonts w:ascii="Segoe UI Symbol" w:hAnsi="Segoe UI Symbol" w:cs="Segoe UI Symbol"/>
          <w:sz w:val="20"/>
          <w:szCs w:val="24"/>
        </w:rPr>
        <w:t>☐</w:t>
      </w:r>
      <w:r w:rsidRPr="00BB06CA">
        <w:rPr>
          <w:rFonts w:ascii="Arial" w:hAnsi="Arial" w:cs="Arial"/>
          <w:sz w:val="20"/>
          <w:szCs w:val="24"/>
        </w:rPr>
        <w:t xml:space="preserve"> Lundi après-midi</w:t>
      </w:r>
    </w:p>
    <w:p w14:paraId="4782CCDD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Segoe UI Symbol" w:hAnsi="Segoe UI Symbol" w:cs="Segoe UI Symbol"/>
          <w:sz w:val="20"/>
          <w:szCs w:val="24"/>
        </w:rPr>
        <w:t>☐</w:t>
      </w:r>
      <w:r w:rsidRPr="00BB06CA">
        <w:rPr>
          <w:rFonts w:ascii="Arial" w:hAnsi="Arial" w:cs="Arial"/>
          <w:sz w:val="20"/>
          <w:szCs w:val="24"/>
        </w:rPr>
        <w:t xml:space="preserve"> Mardi matin   </w:t>
      </w:r>
      <w:r w:rsidRPr="00BB06CA">
        <w:rPr>
          <w:rFonts w:ascii="Segoe UI Symbol" w:hAnsi="Segoe UI Symbol" w:cs="Segoe UI Symbol"/>
          <w:sz w:val="20"/>
          <w:szCs w:val="24"/>
        </w:rPr>
        <w:t>☐</w:t>
      </w:r>
      <w:r w:rsidRPr="00BB06CA">
        <w:rPr>
          <w:rFonts w:ascii="Arial" w:hAnsi="Arial" w:cs="Arial"/>
          <w:sz w:val="20"/>
          <w:szCs w:val="24"/>
        </w:rPr>
        <w:t xml:space="preserve"> Mardi après-midi</w:t>
      </w:r>
    </w:p>
    <w:p w14:paraId="7FFA1C36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Segoe UI Symbol" w:hAnsi="Segoe UI Symbol" w:cs="Segoe UI Symbol"/>
          <w:sz w:val="20"/>
          <w:szCs w:val="24"/>
        </w:rPr>
        <w:t>☐</w:t>
      </w:r>
      <w:r w:rsidRPr="00BB06CA">
        <w:rPr>
          <w:rFonts w:ascii="Arial" w:hAnsi="Arial" w:cs="Arial"/>
          <w:sz w:val="20"/>
          <w:szCs w:val="24"/>
        </w:rPr>
        <w:t xml:space="preserve"> Mercredi matin   </w:t>
      </w:r>
      <w:r w:rsidRPr="00BB06CA">
        <w:rPr>
          <w:rFonts w:ascii="Segoe UI Symbol" w:hAnsi="Segoe UI Symbol" w:cs="Segoe UI Symbol"/>
          <w:sz w:val="20"/>
          <w:szCs w:val="24"/>
        </w:rPr>
        <w:t>☐</w:t>
      </w:r>
      <w:r w:rsidRPr="00BB06CA">
        <w:rPr>
          <w:rFonts w:ascii="Arial" w:hAnsi="Arial" w:cs="Arial"/>
          <w:sz w:val="20"/>
          <w:szCs w:val="24"/>
        </w:rPr>
        <w:t xml:space="preserve"> Mercredi après-midi</w:t>
      </w:r>
    </w:p>
    <w:p w14:paraId="39195355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Segoe UI Symbol" w:hAnsi="Segoe UI Symbol" w:cs="Segoe UI Symbol"/>
          <w:sz w:val="20"/>
          <w:szCs w:val="24"/>
        </w:rPr>
        <w:t>☐</w:t>
      </w:r>
      <w:r w:rsidRPr="00BB06CA">
        <w:rPr>
          <w:rFonts w:ascii="Arial" w:hAnsi="Arial" w:cs="Arial"/>
          <w:sz w:val="20"/>
          <w:szCs w:val="24"/>
        </w:rPr>
        <w:t xml:space="preserve"> Jeudi matin   </w:t>
      </w:r>
      <w:r w:rsidRPr="00BB06CA">
        <w:rPr>
          <w:rFonts w:ascii="Segoe UI Symbol" w:hAnsi="Segoe UI Symbol" w:cs="Segoe UI Symbol"/>
          <w:sz w:val="20"/>
          <w:szCs w:val="24"/>
        </w:rPr>
        <w:t>☐</w:t>
      </w:r>
      <w:r w:rsidRPr="00BB06CA">
        <w:rPr>
          <w:rFonts w:ascii="Arial" w:hAnsi="Arial" w:cs="Arial"/>
          <w:sz w:val="20"/>
          <w:szCs w:val="24"/>
        </w:rPr>
        <w:t xml:space="preserve"> Jeudi après-midi</w:t>
      </w:r>
    </w:p>
    <w:p w14:paraId="1B9EA658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Segoe UI Symbol" w:hAnsi="Segoe UI Symbol" w:cs="Segoe UI Symbol"/>
          <w:sz w:val="20"/>
          <w:szCs w:val="24"/>
        </w:rPr>
        <w:t>☐</w:t>
      </w:r>
      <w:r w:rsidRPr="00BB06CA">
        <w:rPr>
          <w:rFonts w:ascii="Arial" w:hAnsi="Arial" w:cs="Arial"/>
          <w:sz w:val="20"/>
          <w:szCs w:val="24"/>
        </w:rPr>
        <w:t xml:space="preserve"> Vendredi matin   </w:t>
      </w:r>
      <w:r w:rsidRPr="00BB06CA">
        <w:rPr>
          <w:rFonts w:ascii="Segoe UI Symbol" w:hAnsi="Segoe UI Symbol" w:cs="Segoe UI Symbol"/>
          <w:sz w:val="20"/>
          <w:szCs w:val="24"/>
        </w:rPr>
        <w:t>☐</w:t>
      </w:r>
      <w:r w:rsidRPr="00BB06CA">
        <w:rPr>
          <w:rFonts w:ascii="Arial" w:hAnsi="Arial" w:cs="Arial"/>
          <w:sz w:val="20"/>
          <w:szCs w:val="24"/>
        </w:rPr>
        <w:t xml:space="preserve"> Vendredi après-midi</w:t>
      </w:r>
    </w:p>
    <w:p w14:paraId="306035DE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</w:p>
    <w:p w14:paraId="75FF4C74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Remarques particulières (allergies, habitudes, besoins spécifiques, etc.)</w:t>
      </w:r>
    </w:p>
    <w:p w14:paraId="5E24F0EE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....................................................................................................</w:t>
      </w:r>
    </w:p>
    <w:p w14:paraId="4A3BBECA" w14:textId="77777777" w:rsidR="00BB06CA" w:rsidRPr="00BB06CA" w:rsidRDefault="00BB06CA" w:rsidP="00BB06CA">
      <w:pPr>
        <w:pStyle w:val="Titre2"/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Horaires d’accueil</w:t>
      </w:r>
    </w:p>
    <w:p w14:paraId="71132D89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Du lundi au vendredi :</w:t>
      </w:r>
    </w:p>
    <w:p w14:paraId="07C6DF07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- Matin : 07h45 – 12h00</w:t>
      </w:r>
    </w:p>
    <w:p w14:paraId="7366C590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- Après-midi : 13h15 – 17h30</w:t>
      </w:r>
    </w:p>
    <w:p w14:paraId="48B62417" w14:textId="77777777" w:rsidR="00BB06CA" w:rsidRPr="00BB06CA" w:rsidRDefault="00BB06CA" w:rsidP="00BB06CA">
      <w:pPr>
        <w:pStyle w:val="Titre2"/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Conditions d’inscription</w:t>
      </w:r>
    </w:p>
    <w:p w14:paraId="0E936D16" w14:textId="680F6267" w:rsidR="00BB06CA" w:rsidRPr="00BB06CA" w:rsidRDefault="00BB06CA" w:rsidP="00BB06CA">
      <w:pPr>
        <w:pStyle w:val="Listepuces"/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 xml:space="preserve">Des frais d’inscription de CHF </w:t>
      </w:r>
      <w:r w:rsidR="000C5856" w:rsidRPr="00BB06CA">
        <w:rPr>
          <w:rFonts w:ascii="Arial" w:hAnsi="Arial" w:cs="Arial"/>
          <w:sz w:val="20"/>
          <w:szCs w:val="24"/>
        </w:rPr>
        <w:t>60. –</w:t>
      </w:r>
      <w:r w:rsidRPr="00BB06CA">
        <w:rPr>
          <w:rFonts w:ascii="Arial" w:hAnsi="Arial" w:cs="Arial"/>
          <w:sz w:val="20"/>
          <w:szCs w:val="24"/>
        </w:rPr>
        <w:t>, non remboursables, sont à régler au moment du dépôt du formulaire. Ils permettent de confirmer la place de votre enfant.</w:t>
      </w:r>
    </w:p>
    <w:p w14:paraId="48CC9997" w14:textId="77777777" w:rsidR="00BB06CA" w:rsidRPr="00BB06CA" w:rsidRDefault="00BB06CA" w:rsidP="00BB06CA">
      <w:pPr>
        <w:pStyle w:val="Listepuces"/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 xml:space="preserve">Le paiement se fait via </w:t>
      </w:r>
      <w:proofErr w:type="spellStart"/>
      <w:r w:rsidRPr="00BB06CA">
        <w:rPr>
          <w:rFonts w:ascii="Arial" w:hAnsi="Arial" w:cs="Arial"/>
          <w:sz w:val="20"/>
          <w:szCs w:val="24"/>
        </w:rPr>
        <w:t>Twint</w:t>
      </w:r>
      <w:proofErr w:type="spellEnd"/>
      <w:r w:rsidRPr="00BB06CA">
        <w:rPr>
          <w:rFonts w:ascii="Arial" w:hAnsi="Arial" w:cs="Arial"/>
          <w:sz w:val="20"/>
          <w:szCs w:val="24"/>
        </w:rPr>
        <w:t xml:space="preserve"> au 078 772 98 17 avec la mention : « Frais inscription + nom de l’enfant ».</w:t>
      </w:r>
    </w:p>
    <w:p w14:paraId="6C2D2353" w14:textId="1CF003BE" w:rsidR="00BB06CA" w:rsidRPr="00460EE9" w:rsidRDefault="00BB06CA" w:rsidP="00BB06CA">
      <w:pPr>
        <w:pStyle w:val="Listepuces"/>
        <w:rPr>
          <w:rFonts w:ascii="Arial" w:hAnsi="Arial" w:cs="Arial"/>
          <w:sz w:val="20"/>
          <w:szCs w:val="20"/>
        </w:rPr>
      </w:pPr>
      <w:r w:rsidRPr="00460EE9">
        <w:rPr>
          <w:rFonts w:ascii="Arial" w:hAnsi="Arial" w:cs="Arial"/>
          <w:sz w:val="20"/>
          <w:szCs w:val="20"/>
        </w:rPr>
        <w:t xml:space="preserve">Le paiement mensuel habituel est ensuite dû avant le </w:t>
      </w:r>
      <w:r w:rsidR="000C5856">
        <w:rPr>
          <w:rFonts w:ascii="Arial" w:hAnsi="Arial" w:cs="Arial"/>
          <w:sz w:val="20"/>
          <w:szCs w:val="20"/>
        </w:rPr>
        <w:t>7</w:t>
      </w:r>
      <w:r w:rsidRPr="00460EE9">
        <w:rPr>
          <w:rFonts w:ascii="Arial" w:hAnsi="Arial" w:cs="Arial"/>
          <w:sz w:val="20"/>
          <w:szCs w:val="20"/>
        </w:rPr>
        <w:t xml:space="preserve"> de chaque mois.</w:t>
      </w:r>
    </w:p>
    <w:p w14:paraId="1AB10F75" w14:textId="5F51A1D8" w:rsidR="00460EE9" w:rsidRPr="00460EE9" w:rsidRDefault="00460EE9" w:rsidP="00BB06CA">
      <w:pPr>
        <w:pStyle w:val="Listepuces"/>
        <w:rPr>
          <w:rFonts w:ascii="Arial" w:hAnsi="Arial" w:cs="Arial"/>
          <w:sz w:val="20"/>
          <w:szCs w:val="20"/>
        </w:rPr>
      </w:pPr>
      <w:r w:rsidRPr="00460EE9">
        <w:rPr>
          <w:rFonts w:ascii="Arial" w:hAnsi="Arial" w:cs="Arial"/>
          <w:sz w:val="20"/>
          <w:szCs w:val="20"/>
        </w:rPr>
        <w:t xml:space="preserve">Le paiement de l’écolage se fait chaque mois d’avance, au plus tard le </w:t>
      </w:r>
      <w:r w:rsidR="000C5856">
        <w:rPr>
          <w:rFonts w:ascii="Arial" w:hAnsi="Arial" w:cs="Arial"/>
          <w:sz w:val="20"/>
          <w:szCs w:val="20"/>
        </w:rPr>
        <w:t>7</w:t>
      </w:r>
      <w:r w:rsidRPr="00460EE9">
        <w:rPr>
          <w:rFonts w:ascii="Arial" w:hAnsi="Arial" w:cs="Arial"/>
          <w:sz w:val="20"/>
          <w:szCs w:val="20"/>
        </w:rPr>
        <w:t xml:space="preserve">. L’écolage est réparti sur 12 mois, </w:t>
      </w:r>
      <w:r w:rsidR="000C5856" w:rsidRPr="00460EE9">
        <w:rPr>
          <w:rFonts w:ascii="Arial" w:hAnsi="Arial" w:cs="Arial"/>
          <w:sz w:val="20"/>
          <w:szCs w:val="20"/>
        </w:rPr>
        <w:t>d’août</w:t>
      </w:r>
      <w:r w:rsidRPr="00460EE9">
        <w:rPr>
          <w:rFonts w:ascii="Arial" w:hAnsi="Arial" w:cs="Arial"/>
          <w:sz w:val="20"/>
          <w:szCs w:val="20"/>
        </w:rPr>
        <w:t xml:space="preserve"> à </w:t>
      </w:r>
      <w:r w:rsidR="000C5856">
        <w:rPr>
          <w:rFonts w:ascii="Arial" w:hAnsi="Arial" w:cs="Arial"/>
          <w:sz w:val="20"/>
          <w:szCs w:val="20"/>
        </w:rPr>
        <w:t>juillet</w:t>
      </w:r>
      <w:r w:rsidRPr="00460EE9">
        <w:rPr>
          <w:rFonts w:ascii="Arial" w:hAnsi="Arial" w:cs="Arial"/>
          <w:sz w:val="20"/>
          <w:szCs w:val="20"/>
        </w:rPr>
        <w:t>.</w:t>
      </w:r>
    </w:p>
    <w:p w14:paraId="15AAA8FD" w14:textId="77777777" w:rsidR="00BB06CA" w:rsidRPr="00BB06CA" w:rsidRDefault="00BB06CA" w:rsidP="00BB06CA">
      <w:pPr>
        <w:pStyle w:val="Titre2"/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Désistement</w:t>
      </w:r>
    </w:p>
    <w:p w14:paraId="4F21AF33" w14:textId="77777777" w:rsidR="00BB06CA" w:rsidRPr="00BB06CA" w:rsidRDefault="00BB06CA" w:rsidP="00BB06CA">
      <w:pPr>
        <w:pStyle w:val="Listepuces"/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En cas de désistement annoncé au moins 14 jours avant le début de la fréquentation, une participation équivalente à 50% du tarif du premier mois réservé sera facturée.</w:t>
      </w:r>
    </w:p>
    <w:p w14:paraId="5A4B27B2" w14:textId="77777777" w:rsidR="00BB06CA" w:rsidRPr="00BB06CA" w:rsidRDefault="00BB06CA" w:rsidP="00BB06CA">
      <w:pPr>
        <w:pStyle w:val="Listepuces"/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En cas de désistement non annoncé ou communiqué moins de 14 jours avant le début de la fréquentation, la totalité du premier mois correspondant au nombre de demi-journées réservées sera due.</w:t>
      </w:r>
    </w:p>
    <w:p w14:paraId="103EAE49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br/>
      </w:r>
      <w:r w:rsidRPr="00BB06CA">
        <w:rPr>
          <w:rFonts w:ascii="Segoe UI Symbol" w:hAnsi="Segoe UI Symbol" w:cs="Segoe UI Symbol"/>
          <w:sz w:val="20"/>
          <w:szCs w:val="24"/>
        </w:rPr>
        <w:t>☐</w:t>
      </w:r>
      <w:r w:rsidRPr="00BB06CA">
        <w:rPr>
          <w:rFonts w:ascii="Arial" w:hAnsi="Arial" w:cs="Arial"/>
          <w:sz w:val="20"/>
          <w:szCs w:val="24"/>
        </w:rPr>
        <w:t xml:space="preserve"> J’ai pris connaissance des conditions ci-dessus et je les accepte.</w:t>
      </w:r>
      <w:r w:rsidRPr="00BB06CA">
        <w:rPr>
          <w:rFonts w:ascii="Arial" w:hAnsi="Arial" w:cs="Arial"/>
          <w:sz w:val="20"/>
          <w:szCs w:val="24"/>
        </w:rPr>
        <w:br/>
      </w:r>
    </w:p>
    <w:p w14:paraId="4FB0D918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Lieu : _____________________    Date : _____________________</w:t>
      </w:r>
    </w:p>
    <w:p w14:paraId="4E855EDC" w14:textId="77777777" w:rsidR="00BB06CA" w:rsidRPr="00BB06CA" w:rsidRDefault="00BB06CA" w:rsidP="00BB06CA">
      <w:pPr>
        <w:rPr>
          <w:rFonts w:ascii="Arial" w:hAnsi="Arial" w:cs="Arial"/>
          <w:sz w:val="20"/>
          <w:szCs w:val="24"/>
        </w:rPr>
      </w:pPr>
      <w:r w:rsidRPr="00BB06CA">
        <w:rPr>
          <w:rFonts w:ascii="Arial" w:hAnsi="Arial" w:cs="Arial"/>
          <w:sz w:val="20"/>
          <w:szCs w:val="24"/>
        </w:rPr>
        <w:t>Signature du/des parent(s) : _______________________________</w:t>
      </w:r>
    </w:p>
    <w:p w14:paraId="6D950266" w14:textId="77777777" w:rsidR="0013179E" w:rsidRPr="00BB06CA" w:rsidRDefault="0013179E" w:rsidP="00BB06CA">
      <w:pPr>
        <w:rPr>
          <w:sz w:val="20"/>
        </w:rPr>
      </w:pPr>
    </w:p>
    <w:sectPr w:rsidR="0013179E" w:rsidRPr="00BB06CA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7AE8" w14:textId="77777777" w:rsidR="00DB7681" w:rsidRDefault="00DB7681" w:rsidP="006E4137">
      <w:pPr>
        <w:spacing w:after="0" w:line="240" w:lineRule="auto"/>
      </w:pPr>
      <w:r>
        <w:separator/>
      </w:r>
    </w:p>
  </w:endnote>
  <w:endnote w:type="continuationSeparator" w:id="0">
    <w:p w14:paraId="33BE9485" w14:textId="77777777" w:rsidR="00DB7681" w:rsidRDefault="00DB7681" w:rsidP="006E4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50D69" w14:textId="77777777" w:rsidR="00DB7681" w:rsidRDefault="00DB7681" w:rsidP="006E4137">
      <w:pPr>
        <w:spacing w:after="0" w:line="240" w:lineRule="auto"/>
      </w:pPr>
      <w:r>
        <w:separator/>
      </w:r>
    </w:p>
  </w:footnote>
  <w:footnote w:type="continuationSeparator" w:id="0">
    <w:p w14:paraId="7A58B742" w14:textId="77777777" w:rsidR="00DB7681" w:rsidRDefault="00DB7681" w:rsidP="006E4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E61B0" w14:textId="77777777" w:rsidR="006E4137" w:rsidRPr="00BB06CA" w:rsidRDefault="004C4CE1" w:rsidP="006E4137">
    <w:pPr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7E70F433" wp14:editId="4E553B3E">
          <wp:simplePos x="0" y="0"/>
          <wp:positionH relativeFrom="margin">
            <wp:posOffset>4171950</wp:posOffset>
          </wp:positionH>
          <wp:positionV relativeFrom="paragraph">
            <wp:posOffset>6350</wp:posOffset>
          </wp:positionV>
          <wp:extent cx="730250" cy="73025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ines_d_Etoiles_Logo_Rectangle-final.pdf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0250" cy="73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2B1D" w:rsidRPr="0013179E">
      <w:rPr>
        <w:rFonts w:ascii="Arial" w:hAnsi="Arial" w:cs="Arial"/>
        <w:b/>
        <w:color w:val="1F497D" w:themeColor="text2"/>
        <w:sz w:val="16"/>
        <w:szCs w:val="16"/>
      </w:rPr>
      <w:t xml:space="preserve"> </w:t>
    </w:r>
    <w:r w:rsidR="006E4137" w:rsidRPr="0013179E">
      <w:rPr>
        <w:rFonts w:ascii="Arial" w:hAnsi="Arial" w:cs="Arial"/>
        <w:b/>
        <w:color w:val="1F497D" w:themeColor="text2"/>
        <w:sz w:val="16"/>
        <w:szCs w:val="16"/>
      </w:rPr>
      <w:t>Jardin d’enfants Graines d’Étoiles</w:t>
    </w:r>
    <w:r w:rsidR="006E4137" w:rsidRPr="0013179E">
      <w:rPr>
        <w:rFonts w:ascii="Arial" w:hAnsi="Arial" w:cs="Arial"/>
        <w:color w:val="1F497D" w:themeColor="text2"/>
        <w:sz w:val="16"/>
        <w:szCs w:val="16"/>
      </w:rPr>
      <w:t xml:space="preserve"> </w:t>
    </w:r>
    <w:r w:rsidR="000A2B1D" w:rsidRPr="0013179E">
      <w:rPr>
        <w:rFonts w:ascii="Arial" w:hAnsi="Arial" w:cs="Arial"/>
        <w:color w:val="1F497D" w:themeColor="text2"/>
        <w:sz w:val="16"/>
        <w:szCs w:val="16"/>
      </w:rPr>
      <w:br/>
    </w:r>
    <w:r w:rsidR="006E4137" w:rsidRPr="0013179E">
      <w:rPr>
        <w:rFonts w:ascii="Arial" w:hAnsi="Arial" w:cs="Arial"/>
        <w:sz w:val="16"/>
        <w:szCs w:val="16"/>
      </w:rPr>
      <w:t xml:space="preserve">Rue des Granges 14, </w:t>
    </w:r>
    <w:r w:rsidR="000A2B1D" w:rsidRPr="0013179E">
      <w:rPr>
        <w:rFonts w:ascii="Arial" w:hAnsi="Arial" w:cs="Arial"/>
        <w:sz w:val="16"/>
        <w:szCs w:val="16"/>
      </w:rPr>
      <w:t>23</w:t>
    </w:r>
    <w:r w:rsidR="006E4137" w:rsidRPr="0013179E">
      <w:rPr>
        <w:rFonts w:ascii="Arial" w:hAnsi="Arial" w:cs="Arial"/>
        <w:sz w:val="16"/>
        <w:szCs w:val="16"/>
      </w:rPr>
      <w:t>00 La Chaux-de-Fonds</w:t>
    </w:r>
    <w:r w:rsidR="009940F4" w:rsidRPr="0013179E">
      <w:rPr>
        <w:rFonts w:ascii="Arial" w:hAnsi="Arial" w:cs="Arial"/>
        <w:sz w:val="16"/>
        <w:szCs w:val="16"/>
      </w:rPr>
      <w:t xml:space="preserve"> </w:t>
    </w:r>
    <w:r w:rsidR="000A2B1D" w:rsidRPr="0013179E">
      <w:rPr>
        <w:rFonts w:ascii="Arial" w:hAnsi="Arial" w:cs="Arial"/>
        <w:sz w:val="16"/>
        <w:szCs w:val="16"/>
      </w:rPr>
      <w:br/>
      <w:t>Tél 078 236 36 57</w:t>
    </w:r>
    <w:r w:rsidR="000A2B1D" w:rsidRPr="0013179E">
      <w:rPr>
        <w:rFonts w:ascii="Arial" w:hAnsi="Arial" w:cs="Arial"/>
        <w:sz w:val="16"/>
        <w:szCs w:val="16"/>
      </w:rPr>
      <w:br/>
      <w:t>https://atelier-grainesdetoiles.ch</w:t>
    </w:r>
    <w:r w:rsidR="000A2B1D" w:rsidRPr="0013179E">
      <w:rPr>
        <w:rFonts w:ascii="Arial" w:hAnsi="Arial" w:cs="Arial"/>
        <w:sz w:val="16"/>
        <w:szCs w:val="16"/>
      </w:rPr>
      <w:br/>
    </w:r>
    <w:hyperlink r:id="rId2" w:history="1">
      <w:r w:rsidR="000A2B1D" w:rsidRPr="0013179E">
        <w:rPr>
          <w:rStyle w:val="Lienhypertexte"/>
          <w:rFonts w:ascii="Arial" w:hAnsi="Arial" w:cs="Arial"/>
          <w:sz w:val="16"/>
          <w:szCs w:val="16"/>
        </w:rPr>
        <w:t>info@atelier-grainesdetoiles.ch</w:t>
      </w:r>
    </w:hyperlink>
    <w:r w:rsidR="000A2B1D" w:rsidRPr="0013179E">
      <w:rPr>
        <w:rFonts w:ascii="Arial" w:hAnsi="Arial" w:cs="Arial"/>
        <w:sz w:val="16"/>
        <w:szCs w:val="16"/>
      </w:rPr>
      <w:t xml:space="preserve">  </w:t>
    </w:r>
    <w:r w:rsidR="000A2B1D">
      <w:rPr>
        <w:rFonts w:ascii="Arial" w:hAnsi="Arial" w:cs="Arial"/>
        <w:sz w:val="20"/>
        <w:szCs w:val="20"/>
      </w:rPr>
      <w:t xml:space="preserve">              </w:t>
    </w:r>
  </w:p>
  <w:p w14:paraId="0F668697" w14:textId="77777777" w:rsidR="006E4137" w:rsidRDefault="006E413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4638652">
    <w:abstractNumId w:val="8"/>
  </w:num>
  <w:num w:numId="2" w16cid:durableId="558250849">
    <w:abstractNumId w:val="6"/>
  </w:num>
  <w:num w:numId="3" w16cid:durableId="522672007">
    <w:abstractNumId w:val="5"/>
  </w:num>
  <w:num w:numId="4" w16cid:durableId="1333215809">
    <w:abstractNumId w:val="4"/>
  </w:num>
  <w:num w:numId="5" w16cid:durableId="1402098817">
    <w:abstractNumId w:val="7"/>
  </w:num>
  <w:num w:numId="6" w16cid:durableId="1193956155">
    <w:abstractNumId w:val="3"/>
  </w:num>
  <w:num w:numId="7" w16cid:durableId="1777670920">
    <w:abstractNumId w:val="2"/>
  </w:num>
  <w:num w:numId="8" w16cid:durableId="1439988488">
    <w:abstractNumId w:val="1"/>
  </w:num>
  <w:num w:numId="9" w16cid:durableId="456219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371A"/>
    <w:rsid w:val="000A2B1D"/>
    <w:rsid w:val="000A4CE4"/>
    <w:rsid w:val="000C5856"/>
    <w:rsid w:val="0013179E"/>
    <w:rsid w:val="0015074B"/>
    <w:rsid w:val="001745E2"/>
    <w:rsid w:val="002470E1"/>
    <w:rsid w:val="0029639D"/>
    <w:rsid w:val="00326F90"/>
    <w:rsid w:val="003A53C1"/>
    <w:rsid w:val="003B6F70"/>
    <w:rsid w:val="003D7977"/>
    <w:rsid w:val="00442902"/>
    <w:rsid w:val="00460EE9"/>
    <w:rsid w:val="004768DD"/>
    <w:rsid w:val="004C4CE1"/>
    <w:rsid w:val="005557D7"/>
    <w:rsid w:val="005A1E1B"/>
    <w:rsid w:val="005E5C54"/>
    <w:rsid w:val="006B3739"/>
    <w:rsid w:val="006E4137"/>
    <w:rsid w:val="00714A25"/>
    <w:rsid w:val="00717F73"/>
    <w:rsid w:val="00753D92"/>
    <w:rsid w:val="007B633B"/>
    <w:rsid w:val="00861C7B"/>
    <w:rsid w:val="009940F4"/>
    <w:rsid w:val="009C5BDC"/>
    <w:rsid w:val="00A35566"/>
    <w:rsid w:val="00AA1D8D"/>
    <w:rsid w:val="00AA5FC7"/>
    <w:rsid w:val="00B47730"/>
    <w:rsid w:val="00BB06CA"/>
    <w:rsid w:val="00CB0664"/>
    <w:rsid w:val="00D7585A"/>
    <w:rsid w:val="00DB7681"/>
    <w:rsid w:val="00DC0836"/>
    <w:rsid w:val="00E136F8"/>
    <w:rsid w:val="00EE52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822240"/>
  <w14:defaultImageDpi w14:val="300"/>
  <w15:docId w15:val="{47563E14-AFB2-4566-BA93-2071C272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0A2B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telier-grainesdetoiles.ch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7E1504-FC52-408A-BF12-7ED0029E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2120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Gorette Clerc</cp:lastModifiedBy>
  <cp:revision>3</cp:revision>
  <cp:lastPrinted>2025-04-09T18:32:00Z</cp:lastPrinted>
  <dcterms:created xsi:type="dcterms:W3CDTF">2025-08-31T12:07:00Z</dcterms:created>
  <dcterms:modified xsi:type="dcterms:W3CDTF">2026-09-02T10:36:00Z</dcterms:modified>
  <cp:category/>
</cp:coreProperties>
</file>